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4608E" w14:textId="7180181C" w:rsidR="009F371C" w:rsidRPr="00132767" w:rsidRDefault="001C1289" w:rsidP="001C1289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Registration/</w:t>
      </w:r>
      <w:r w:rsidRPr="00B16464">
        <w:rPr>
          <w:sz w:val="32"/>
          <w:szCs w:val="32"/>
        </w:rPr>
        <w:t>Login Form</w:t>
      </w:r>
      <w:r>
        <w:rPr>
          <w:sz w:val="32"/>
          <w:szCs w:val="32"/>
        </w:rPr>
        <w:t xml:space="preserve">: </w:t>
      </w:r>
      <w:r w:rsidR="00EB0871" w:rsidRPr="00570981">
        <w:rPr>
          <w:sz w:val="32"/>
          <w:szCs w:val="32"/>
        </w:rPr>
        <w:t xml:space="preserve">NECA </w:t>
      </w:r>
      <w:r w:rsidR="005424B0">
        <w:rPr>
          <w:sz w:val="32"/>
          <w:szCs w:val="32"/>
        </w:rPr>
        <w:t xml:space="preserve">2026 </w:t>
      </w:r>
      <w:r>
        <w:rPr>
          <w:sz w:val="32"/>
          <w:szCs w:val="32"/>
        </w:rPr>
        <w:t xml:space="preserve">- </w:t>
      </w:r>
      <w:r w:rsidR="008D6D36" w:rsidRPr="00570981">
        <w:rPr>
          <w:sz w:val="32"/>
          <w:szCs w:val="32"/>
        </w:rPr>
        <w:t xml:space="preserve">Content Creators </w:t>
      </w:r>
      <w:r w:rsidR="008A39B1" w:rsidRPr="00570981">
        <w:rPr>
          <w:sz w:val="32"/>
          <w:szCs w:val="32"/>
        </w:rPr>
        <w:t xml:space="preserve">&amp; </w:t>
      </w:r>
      <w:r w:rsidR="002005FF">
        <w:rPr>
          <w:sz w:val="32"/>
          <w:szCs w:val="32"/>
        </w:rPr>
        <w:t xml:space="preserve">Social Media </w:t>
      </w:r>
      <w:r w:rsidR="008D6D36" w:rsidRPr="00570981">
        <w:rPr>
          <w:sz w:val="32"/>
          <w:szCs w:val="32"/>
        </w:rPr>
        <w:t xml:space="preserve">Influencers </w:t>
      </w:r>
      <w:r w:rsidR="00EB0871" w:rsidRPr="00570981">
        <w:rPr>
          <w:sz w:val="32"/>
          <w:szCs w:val="32"/>
        </w:rPr>
        <w:t>Category</w:t>
      </w:r>
      <w:r w:rsidR="008D6D36" w:rsidRPr="00570981">
        <w:rPr>
          <w:sz w:val="32"/>
          <w:szCs w:val="32"/>
        </w:rPr>
        <w:t xml:space="preserve"> </w:t>
      </w:r>
      <w:r w:rsidR="00E879F5">
        <w:rPr>
          <w:sz w:val="32"/>
          <w:szCs w:val="32"/>
        </w:rPr>
        <w:br/>
      </w:r>
    </w:p>
    <w:p w14:paraId="1C972FD2" w14:textId="7B0B5050" w:rsidR="00EA5587" w:rsidRDefault="00EA5587" w:rsidP="00EA5587">
      <w:pPr>
        <w:pStyle w:val="Heading2"/>
      </w:pPr>
      <w:r>
        <w:t>Basic Details:</w:t>
      </w:r>
      <w:r w:rsidR="00451901">
        <w:t xml:space="preserve"> (Auto filled)</w:t>
      </w:r>
      <w:r w:rsidR="00A4178E">
        <w:br/>
      </w:r>
    </w:p>
    <w:p w14:paraId="42099589" w14:textId="40F957B2" w:rsidR="000C1350" w:rsidRDefault="00EB0871">
      <w:r>
        <w:t>Name:</w:t>
      </w:r>
      <w:r w:rsidR="00EA5587">
        <w:t xml:space="preserve"> ……………………………………………….</w:t>
      </w:r>
      <w:r>
        <w:t xml:space="preserve">                                      Mobile:</w:t>
      </w:r>
      <w:r w:rsidR="00EA5587">
        <w:t xml:space="preserve"> …………………………………..</w:t>
      </w:r>
      <w:r>
        <w:t xml:space="preserve">                                                   </w:t>
      </w:r>
    </w:p>
    <w:p w14:paraId="41AEE5C2" w14:textId="77777777" w:rsidR="00451901" w:rsidRDefault="00EB0871">
      <w:pPr>
        <w:pBdr>
          <w:bottom w:val="single" w:sz="12" w:space="1" w:color="auto"/>
        </w:pBdr>
      </w:pPr>
      <w:r>
        <w:t>Email:</w:t>
      </w:r>
      <w:r w:rsidR="00EA5587">
        <w:t xml:space="preserve"> ………………………………………………</w:t>
      </w:r>
      <w:r w:rsidR="009E4CE1">
        <w:t>.</w:t>
      </w:r>
      <w:r>
        <w:t xml:space="preserve">                   </w:t>
      </w:r>
    </w:p>
    <w:p w14:paraId="04F99937" w14:textId="77777777" w:rsidR="00451901" w:rsidRDefault="00451901">
      <w:pPr>
        <w:pBdr>
          <w:bottom w:val="single" w:sz="12" w:space="1" w:color="auto"/>
        </w:pBdr>
      </w:pPr>
    </w:p>
    <w:p w14:paraId="333679B8" w14:textId="5C3AF09D" w:rsidR="000C1350" w:rsidRDefault="00EB0871">
      <w:r>
        <w:t xml:space="preserve">Gender (Select one): [  ] Male   [  ] Female   [  ] </w:t>
      </w:r>
      <w:proofErr w:type="gramStart"/>
      <w:r>
        <w:t>Other</w:t>
      </w:r>
      <w:proofErr w:type="gramEnd"/>
    </w:p>
    <w:p w14:paraId="4BE85BB1" w14:textId="42CFFFEC" w:rsidR="000C1350" w:rsidRDefault="00EB0871">
      <w:r>
        <w:t xml:space="preserve">Age:  </w:t>
      </w:r>
      <w:r w:rsidR="00D84C34">
        <w:t>……………</w:t>
      </w:r>
      <w:r w:rsidR="00BA5310">
        <w:t>…</w:t>
      </w:r>
      <w:r w:rsidR="00D84C34">
        <w:t>.</w:t>
      </w:r>
      <w:r>
        <w:t xml:space="preserve">                   </w:t>
      </w:r>
    </w:p>
    <w:p w14:paraId="2C126999" w14:textId="6F06BFB9" w:rsidR="000C1350" w:rsidRDefault="00EB0871">
      <w:r>
        <w:t xml:space="preserve">State:  </w:t>
      </w:r>
      <w:r w:rsidR="00D84C34">
        <w:t>…………………</w:t>
      </w:r>
      <w:r w:rsidR="00B47650">
        <w:t>………………</w:t>
      </w:r>
      <w:r>
        <w:t xml:space="preserve">     </w:t>
      </w:r>
      <w:r w:rsidR="00ED30C1">
        <w:t>City ……………</w:t>
      </w:r>
      <w:r w:rsidR="00B47650">
        <w:t>………</w:t>
      </w:r>
      <w:r w:rsidR="00EA5587">
        <w:t>……….</w:t>
      </w:r>
    </w:p>
    <w:p w14:paraId="6618E930" w14:textId="68C0E689" w:rsidR="005D383F" w:rsidRDefault="00EB0871" w:rsidP="00A515D0">
      <w:pPr>
        <w:pStyle w:val="Heading2"/>
      </w:pPr>
      <w:r>
        <w:t>Digital Presence</w:t>
      </w:r>
      <w:r w:rsidR="00E91336">
        <w:t xml:space="preserve"> (</w:t>
      </w:r>
      <w:r w:rsidR="00ED30C1">
        <w:t>Social Media Profile Link</w:t>
      </w:r>
      <w:r w:rsidR="00E91336">
        <w:t>)</w:t>
      </w:r>
    </w:p>
    <w:p w14:paraId="043D54F3" w14:textId="10E1EE8A" w:rsidR="00ED30C1" w:rsidRDefault="00EB0871" w:rsidP="00926478">
      <w:r w:rsidRPr="00926478">
        <w:t>[  ] Facebook</w:t>
      </w:r>
      <w:r w:rsidR="00650C26" w:rsidRPr="00926478">
        <w:t xml:space="preserve">: </w:t>
      </w:r>
      <w:r w:rsidR="00ED30C1" w:rsidRPr="00926478">
        <w:t>…………………                          Followers Count</w:t>
      </w:r>
      <w:proofErr w:type="gramStart"/>
      <w:r w:rsidR="00ED30C1" w:rsidRPr="00926478">
        <w:t>:  ………………….</w:t>
      </w:r>
      <w:proofErr w:type="gramEnd"/>
      <w:r w:rsidR="00ED30C1">
        <w:t xml:space="preserve">               </w:t>
      </w:r>
    </w:p>
    <w:p w14:paraId="0F998259" w14:textId="7525FAA8" w:rsidR="00ED30C1" w:rsidRDefault="00EB0871">
      <w:r>
        <w:t>[  ] Instagram</w:t>
      </w:r>
      <w:r w:rsidR="00650C26">
        <w:t>:</w:t>
      </w:r>
      <w:r>
        <w:t xml:space="preserve"> </w:t>
      </w:r>
      <w:r w:rsidR="00ED30C1">
        <w:t>…………………                          Followers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61A962B1" w14:textId="5DFAA8D6" w:rsidR="00ED30C1" w:rsidRDefault="00EB0871">
      <w:r>
        <w:t>[  ] X</w:t>
      </w:r>
      <w:proofErr w:type="gramStart"/>
      <w:r w:rsidR="00650C26">
        <w:t>:</w:t>
      </w:r>
      <w:r>
        <w:t xml:space="preserve">   </w:t>
      </w:r>
      <w:r w:rsidR="00ED30C1">
        <w:t>…………………</w:t>
      </w:r>
      <w:proofErr w:type="gramEnd"/>
      <w:r w:rsidR="00ED30C1">
        <w:t xml:space="preserve">                                         Followers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2B98D600" w14:textId="2D1C7183" w:rsidR="00ED30C1" w:rsidRDefault="00EB0871">
      <w:r>
        <w:t>[  ] YouTube</w:t>
      </w:r>
      <w:r w:rsidR="00650C26">
        <w:t>:</w:t>
      </w:r>
      <w:r w:rsidR="00ED30C1">
        <w:t xml:space="preserve"> …………………                             Subscribers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02427022" w14:textId="7DF70348" w:rsidR="00ED30C1" w:rsidRDefault="00EB0871" w:rsidP="00ED30C1">
      <w:r>
        <w:t>[  ] LinkedIn</w:t>
      </w:r>
      <w:r w:rsidR="00650C26">
        <w:t xml:space="preserve">: </w:t>
      </w:r>
      <w:r w:rsidR="00ED30C1">
        <w:t>…………………                              Followers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18979E8D" w14:textId="1FFF3F54" w:rsidR="00F210D7" w:rsidRDefault="00F210D7" w:rsidP="00E47946">
      <w:r w:rsidRPr="00E47946">
        <w:t>Link o</w:t>
      </w:r>
      <w:r w:rsidR="00113AFB">
        <w:t>f</w:t>
      </w:r>
      <w:r w:rsidRPr="00E47946">
        <w:t xml:space="preserve"> the video </w:t>
      </w:r>
      <w:r w:rsidR="004C2FC0">
        <w:t>(</w:t>
      </w:r>
      <w:r w:rsidRPr="00E47946">
        <w:t xml:space="preserve">uploaded in </w:t>
      </w:r>
      <w:r w:rsidR="0042120F" w:rsidRPr="00E47946">
        <w:t xml:space="preserve">the </w:t>
      </w:r>
      <w:r w:rsidRPr="00E47946">
        <w:t xml:space="preserve">last </w:t>
      </w:r>
      <w:r w:rsidR="0042120F" w:rsidRPr="00E47946">
        <w:t xml:space="preserve">one </w:t>
      </w:r>
      <w:r w:rsidRPr="00E47946">
        <w:t>year</w:t>
      </w:r>
      <w:r w:rsidR="004C2FC0">
        <w:t>)</w:t>
      </w:r>
      <w:r w:rsidRPr="00E47946">
        <w:t xml:space="preserve"> that has received a minimum of 1</w:t>
      </w:r>
      <w:r w:rsidR="00BF4AB4" w:rsidRPr="00E47946">
        <w:t>,</w:t>
      </w:r>
      <w:r w:rsidRPr="00E47946">
        <w:t>00,000 impressions:</w:t>
      </w:r>
      <w:r w:rsidR="003D4051">
        <w:t xml:space="preserve"> </w:t>
      </w:r>
      <w:r w:rsidR="00C745D9">
        <w:t xml:space="preserve"> </w:t>
      </w:r>
      <w:r w:rsidR="003D4051" w:rsidRPr="003D4051">
        <w:t>…………</w:t>
      </w:r>
      <w:r w:rsidR="003D4051">
        <w:t>………………………………………</w:t>
      </w:r>
    </w:p>
    <w:p w14:paraId="4DA47747" w14:textId="4B44A4F3" w:rsidR="000C1350" w:rsidRPr="009C08B7" w:rsidRDefault="00EB0871">
      <w:pPr>
        <w:pStyle w:val="Heading2"/>
        <w:rPr>
          <w:sz w:val="28"/>
          <w:szCs w:val="28"/>
        </w:rPr>
      </w:pPr>
      <w:r w:rsidRPr="009C08B7">
        <w:rPr>
          <w:sz w:val="28"/>
          <w:szCs w:val="28"/>
        </w:rPr>
        <w:t>Submit Link</w:t>
      </w:r>
      <w:r w:rsidR="00EB57C5" w:rsidRPr="009C08B7">
        <w:rPr>
          <w:sz w:val="28"/>
          <w:szCs w:val="28"/>
        </w:rPr>
        <w:t xml:space="preserve"> on the below given themes:</w:t>
      </w:r>
      <w:r w:rsidR="00033D6D" w:rsidRPr="009C08B7">
        <w:rPr>
          <w:sz w:val="28"/>
          <w:szCs w:val="28"/>
        </w:rPr>
        <w:t xml:space="preserve">     </w:t>
      </w:r>
    </w:p>
    <w:p w14:paraId="11E80801" w14:textId="2ADE8510" w:rsidR="00033D6D" w:rsidRPr="00033D6D" w:rsidRDefault="00033D6D" w:rsidP="00033D6D">
      <w:r>
        <w:t xml:space="preserve">{If required, add </w:t>
      </w:r>
      <w:r w:rsidR="00104D29">
        <w:t>m</w:t>
      </w:r>
      <w:r>
        <w:t xml:space="preserve">ore lines for multiple entries under each </w:t>
      </w:r>
      <w:r w:rsidR="004C07EE">
        <w:t>theme</w:t>
      </w:r>
      <w:r>
        <w:t xml:space="preserve">} </w:t>
      </w:r>
    </w:p>
    <w:p w14:paraId="0670879A" w14:textId="39CC4680" w:rsidR="00033D6D" w:rsidRDefault="00EB0871">
      <w:proofErr w:type="gramStart"/>
      <w:r>
        <w:t xml:space="preserve">[  ] </w:t>
      </w:r>
      <w:r w:rsidR="005F274C" w:rsidRPr="00FD501F">
        <w:rPr>
          <w:b/>
          <w:bCs/>
          <w:szCs w:val="24"/>
        </w:rPr>
        <w:t>Cook Smart.</w:t>
      </w:r>
      <w:proofErr w:type="gramEnd"/>
      <w:r w:rsidR="005F274C" w:rsidRPr="00FD501F">
        <w:rPr>
          <w:b/>
          <w:bCs/>
          <w:szCs w:val="24"/>
        </w:rPr>
        <w:t xml:space="preserve"> </w:t>
      </w:r>
      <w:r w:rsidR="005F274C">
        <w:rPr>
          <w:b/>
          <w:bCs/>
          <w:szCs w:val="24"/>
        </w:rPr>
        <w:t>Switch to Induction</w:t>
      </w:r>
      <w:r w:rsidR="00D84C34">
        <w:t xml:space="preserve">  </w:t>
      </w:r>
      <w:r w:rsidR="00ED30C1">
        <w:t xml:space="preserve">              </w:t>
      </w:r>
      <w:r w:rsidR="00BB23FA">
        <w:t xml:space="preserve">                                   </w:t>
      </w:r>
      <w:r w:rsidR="00033D6D">
        <w:t xml:space="preserve">Paste </w:t>
      </w:r>
      <w:r w:rsidR="00D84C34">
        <w:t>Link</w:t>
      </w:r>
      <w:r w:rsidR="00ED30C1">
        <w:t>: …………………..</w:t>
      </w:r>
    </w:p>
    <w:p w14:paraId="48026FD9" w14:textId="495D520F" w:rsidR="00033D6D" w:rsidRDefault="00EB0871">
      <w:r>
        <w:t xml:space="preserve">[  ] </w:t>
      </w:r>
      <w:r w:rsidR="009B1F40" w:rsidRPr="004012E4">
        <w:rPr>
          <w:b/>
          <w:bCs/>
          <w:szCs w:val="24"/>
        </w:rPr>
        <w:t>Cool Smart: Set Your AC at 24°C or Above</w:t>
      </w:r>
      <w:r w:rsidR="009B1F40">
        <w:rPr>
          <w:b/>
          <w:bCs/>
          <w:szCs w:val="24"/>
        </w:rPr>
        <w:t xml:space="preserve">                                 </w:t>
      </w:r>
      <w:r w:rsidR="00033D6D">
        <w:t xml:space="preserve">Paste </w:t>
      </w:r>
      <w:r w:rsidR="00ED30C1">
        <w:t>Link: …………………</w:t>
      </w:r>
    </w:p>
    <w:p w14:paraId="65526F89" w14:textId="5C120164" w:rsidR="000C1350" w:rsidRPr="00A25B39" w:rsidRDefault="00EB0871" w:rsidP="00A25B39">
      <w:pPr>
        <w:jc w:val="both"/>
        <w:rPr>
          <w:b/>
          <w:bCs/>
          <w:szCs w:val="24"/>
        </w:rPr>
      </w:pPr>
      <w:r>
        <w:t xml:space="preserve">[  ] </w:t>
      </w:r>
      <w:r w:rsidR="00A25B39" w:rsidRPr="00561724">
        <w:rPr>
          <w:b/>
          <w:bCs/>
          <w:szCs w:val="24"/>
        </w:rPr>
        <w:t>Choose Energy-Efficient Applianc</w:t>
      </w:r>
      <w:r w:rsidR="00311A47">
        <w:rPr>
          <w:b/>
          <w:bCs/>
          <w:szCs w:val="24"/>
        </w:rPr>
        <w:t>e</w:t>
      </w:r>
      <w:r w:rsidR="00A25B39">
        <w:rPr>
          <w:b/>
          <w:bCs/>
          <w:szCs w:val="24"/>
        </w:rPr>
        <w:t xml:space="preserve">                                               </w:t>
      </w:r>
      <w:r w:rsidR="00557900">
        <w:t>P</w:t>
      </w:r>
      <w:r w:rsidR="00033D6D">
        <w:t xml:space="preserve">aste </w:t>
      </w:r>
      <w:r w:rsidR="00ED30C1">
        <w:t>Link: …………</w:t>
      </w:r>
      <w:r w:rsidR="00870F2E">
        <w:t>……….</w:t>
      </w:r>
    </w:p>
    <w:p w14:paraId="0F9DD974" w14:textId="6067FB4F" w:rsidR="00033D6D" w:rsidRPr="000B4D71" w:rsidRDefault="00EB0871" w:rsidP="000B4D71">
      <w:pPr>
        <w:jc w:val="both"/>
        <w:rPr>
          <w:b/>
          <w:bCs/>
          <w:szCs w:val="24"/>
        </w:rPr>
      </w:pPr>
      <w:r>
        <w:t xml:space="preserve">[  ] </w:t>
      </w:r>
      <w:r w:rsidR="000B4D71" w:rsidRPr="00561724">
        <w:rPr>
          <w:b/>
          <w:bCs/>
          <w:szCs w:val="24"/>
        </w:rPr>
        <w:t>Smart Energy Choices for Everyday Li</w:t>
      </w:r>
      <w:r w:rsidR="000B4D71">
        <w:rPr>
          <w:b/>
          <w:bCs/>
          <w:szCs w:val="24"/>
        </w:rPr>
        <w:t>fe</w:t>
      </w:r>
      <w:r w:rsidR="00D84C34">
        <w:t xml:space="preserve"> </w:t>
      </w:r>
      <w:r w:rsidR="00ED30C1">
        <w:t xml:space="preserve">                    </w:t>
      </w:r>
      <w:r w:rsidR="00557900">
        <w:t xml:space="preserve">  </w:t>
      </w:r>
      <w:r w:rsidR="000406BB">
        <w:t xml:space="preserve">              </w:t>
      </w:r>
      <w:r w:rsidR="00033D6D">
        <w:t>Past Link: …………………</w:t>
      </w:r>
      <w:r w:rsidR="00727E5F">
        <w:t>…</w:t>
      </w:r>
      <w:r w:rsidR="00033D6D">
        <w:t xml:space="preserve"> </w:t>
      </w:r>
    </w:p>
    <w:p w14:paraId="39284606" w14:textId="21E40681" w:rsidR="00033D6D" w:rsidRDefault="00EB0871">
      <w:r>
        <w:t xml:space="preserve">[  ] </w:t>
      </w:r>
      <w:r w:rsidR="00311A47" w:rsidRPr="007009C7">
        <w:rPr>
          <w:b/>
          <w:bCs/>
          <w:szCs w:val="24"/>
        </w:rPr>
        <w:t>Go Electric: Powering Cleaner Mobility</w:t>
      </w:r>
      <w:r w:rsidR="00ED30C1">
        <w:tab/>
      </w:r>
      <w:r w:rsidR="00ED30C1">
        <w:tab/>
      </w:r>
      <w:r w:rsidR="00557900">
        <w:t xml:space="preserve">                    </w:t>
      </w:r>
      <w:r w:rsidR="00033D6D">
        <w:t>Paste Link: …………………</w:t>
      </w:r>
    </w:p>
    <w:p w14:paraId="0D922732" w14:textId="4B984E7C" w:rsidR="00D84C34" w:rsidRDefault="00033D6D" w:rsidP="00A67EA5">
      <w:r>
        <w:t xml:space="preserve">  </w:t>
      </w:r>
    </w:p>
    <w:p w14:paraId="2F8E1120" w14:textId="77777777" w:rsidR="00A515D0" w:rsidRDefault="00A515D0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724708A4" w14:textId="77777777" w:rsidR="00A515D0" w:rsidRDefault="00A515D0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2A3A287B" w14:textId="77777777" w:rsidR="00A515D0" w:rsidRDefault="00A515D0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1CA16D0A" w14:textId="77777777" w:rsidR="000B2DEA" w:rsidRDefault="000B2DEA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67D968F9" w14:textId="2B2E4B9C" w:rsidR="000C1350" w:rsidRPr="00713DFF" w:rsidRDefault="00EB0871" w:rsidP="00713DFF">
      <w:pPr>
        <w:pStyle w:val="Heading2"/>
        <w:rPr>
          <w:sz w:val="28"/>
          <w:szCs w:val="28"/>
        </w:rPr>
      </w:pPr>
      <w:r w:rsidRPr="00713DFF">
        <w:rPr>
          <w:sz w:val="28"/>
          <w:szCs w:val="28"/>
        </w:rPr>
        <w:t>Terms &amp; Conditions</w:t>
      </w:r>
    </w:p>
    <w:p w14:paraId="1DDECDCB" w14:textId="77777777" w:rsidR="004F6D0B" w:rsidRPr="009024E9" w:rsidRDefault="004F6D0B" w:rsidP="004F6D0B">
      <w:pPr>
        <w:rPr>
          <w:szCs w:val="24"/>
        </w:rPr>
      </w:pPr>
      <w:r w:rsidRPr="009024E9">
        <w:rPr>
          <w:szCs w:val="24"/>
        </w:rPr>
        <w:t>The following criteria are mandatory for participations to be eligible for evaluation of submitted entries/videos:</w:t>
      </w:r>
    </w:p>
    <w:p w14:paraId="0789AE7B" w14:textId="4D2291D6" w:rsidR="004F6D0B" w:rsidRPr="009024E9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9024E9">
        <w:rPr>
          <w:szCs w:val="24"/>
        </w:rPr>
        <w:t xml:space="preserve">The participant must have a minimum of </w:t>
      </w:r>
      <w:r w:rsidRPr="000406BB">
        <w:rPr>
          <w:b/>
          <w:bCs/>
          <w:szCs w:val="24"/>
        </w:rPr>
        <w:t>10</w:t>
      </w:r>
      <w:r w:rsidR="00357A2D">
        <w:rPr>
          <w:b/>
          <w:bCs/>
          <w:szCs w:val="24"/>
        </w:rPr>
        <w:t>K</w:t>
      </w:r>
      <w:r w:rsidRPr="000406BB">
        <w:rPr>
          <w:b/>
          <w:bCs/>
          <w:szCs w:val="24"/>
        </w:rPr>
        <w:t xml:space="preserve"> followers/subscribers</w:t>
      </w:r>
      <w:r w:rsidRPr="009024E9">
        <w:rPr>
          <w:szCs w:val="24"/>
        </w:rPr>
        <w:t xml:space="preserve"> on the social media platform on which the submitted content has been published.</w:t>
      </w:r>
    </w:p>
    <w:p w14:paraId="47F74DF8" w14:textId="77777777" w:rsidR="004F6D0B" w:rsidRPr="009024E9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9024E9">
        <w:rPr>
          <w:szCs w:val="24"/>
        </w:rPr>
        <w:t xml:space="preserve">The participant must have at least one post/video with </w:t>
      </w:r>
      <w:r w:rsidRPr="000406BB">
        <w:rPr>
          <w:b/>
          <w:bCs/>
          <w:szCs w:val="24"/>
        </w:rPr>
        <w:t>1 lakh (100,000)</w:t>
      </w:r>
      <w:r w:rsidRPr="009024E9">
        <w:rPr>
          <w:szCs w:val="24"/>
        </w:rPr>
        <w:t xml:space="preserve"> or more views on any eligible social media platform.</w:t>
      </w:r>
    </w:p>
    <w:p w14:paraId="75770027" w14:textId="77777777" w:rsidR="004F6D0B" w:rsidRPr="009024E9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9024E9">
        <w:rPr>
          <w:szCs w:val="24"/>
        </w:rPr>
        <w:t xml:space="preserve">The submitted content must have been created and published between </w:t>
      </w:r>
      <w:r w:rsidRPr="000406BB">
        <w:rPr>
          <w:b/>
          <w:bCs/>
          <w:szCs w:val="24"/>
        </w:rPr>
        <w:t>01 January 2026</w:t>
      </w:r>
      <w:r w:rsidRPr="009024E9">
        <w:rPr>
          <w:szCs w:val="24"/>
        </w:rPr>
        <w:t xml:space="preserve"> and the last date of submission of entries.</w:t>
      </w:r>
    </w:p>
    <w:p w14:paraId="714DC8EF" w14:textId="77777777" w:rsidR="004F6D0B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9024E9">
        <w:rPr>
          <w:szCs w:val="24"/>
        </w:rPr>
        <w:t>The submitted content must be original and substantially aligned with one or more of the themes specified by BEE for the NECA 2026 Social Media Influencers / Content Creators category.</w:t>
      </w:r>
    </w:p>
    <w:p w14:paraId="502260E6" w14:textId="77777777" w:rsidR="004F6D0B" w:rsidRPr="00561724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>
        <w:rPr>
          <w:szCs w:val="24"/>
        </w:rPr>
        <w:t>The p</w:t>
      </w:r>
      <w:r w:rsidRPr="00561724">
        <w:rPr>
          <w:szCs w:val="24"/>
        </w:rPr>
        <w:t xml:space="preserve">articipant must own copyright of submitted content </w:t>
      </w:r>
      <w:r w:rsidRPr="009024E9">
        <w:rPr>
          <w:i/>
          <w:iCs/>
          <w:szCs w:val="24"/>
        </w:rPr>
        <w:t>(</w:t>
      </w:r>
      <w:r w:rsidRPr="009024E9">
        <w:rPr>
          <w:i/>
          <w:iCs/>
          <w:szCs w:val="24"/>
          <w:u w:val="single"/>
        </w:rPr>
        <w:t>Undertaking Enclosed</w:t>
      </w:r>
      <w:r w:rsidRPr="009024E9">
        <w:rPr>
          <w:i/>
          <w:iCs/>
          <w:szCs w:val="24"/>
        </w:rPr>
        <w:t>).</w:t>
      </w:r>
    </w:p>
    <w:p w14:paraId="51EC3CEF" w14:textId="77777777" w:rsidR="004F6D0B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9024E9">
        <w:rPr>
          <w:szCs w:val="24"/>
        </w:rPr>
        <w:t>The submitted content must not infringe any copyright, trademark, intellectual property, privacy or other rights of any third party.</w:t>
      </w:r>
    </w:p>
    <w:p w14:paraId="6EEA6D72" w14:textId="77777777" w:rsidR="004F6D0B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9024E9">
        <w:rPr>
          <w:szCs w:val="24"/>
        </w:rPr>
        <w:t>The content must comply with all applicable laws in India and the community standards/guidelines of the relevant social media platform.</w:t>
      </w:r>
    </w:p>
    <w:p w14:paraId="32759957" w14:textId="77777777" w:rsidR="004F6D0B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>
        <w:rPr>
          <w:szCs w:val="24"/>
        </w:rPr>
        <w:t>The i</w:t>
      </w:r>
      <w:r w:rsidRPr="00561724">
        <w:rPr>
          <w:szCs w:val="24"/>
        </w:rPr>
        <w:t>nformation presented must be accurate and consistent with BEE recommendations.</w:t>
      </w:r>
    </w:p>
    <w:p w14:paraId="648859DF" w14:textId="77777777" w:rsidR="004F6D0B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9024E9">
        <w:rPr>
          <w:szCs w:val="24"/>
        </w:rPr>
        <w:t xml:space="preserve">The content should promote positive and responsible </w:t>
      </w:r>
      <w:proofErr w:type="spellStart"/>
      <w:r w:rsidRPr="009024E9">
        <w:rPr>
          <w:szCs w:val="24"/>
        </w:rPr>
        <w:t>behavioural</w:t>
      </w:r>
      <w:proofErr w:type="spellEnd"/>
      <w:r w:rsidRPr="009024E9">
        <w:rPr>
          <w:szCs w:val="24"/>
        </w:rPr>
        <w:t xml:space="preserve"> change towards energy conservation, energy efficiency and sustainable energy use.</w:t>
      </w:r>
    </w:p>
    <w:p w14:paraId="5DECB3D9" w14:textId="77777777" w:rsidR="004F6D0B" w:rsidRPr="00561724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561724">
        <w:rPr>
          <w:szCs w:val="24"/>
        </w:rPr>
        <w:t>AI-generated or AI-assisted content is permitted only when used responsibly and without creating misinformation.</w:t>
      </w:r>
    </w:p>
    <w:p w14:paraId="5CBC84FD" w14:textId="77777777" w:rsidR="004F6D0B" w:rsidRPr="00561724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szCs w:val="24"/>
        </w:rPr>
      </w:pPr>
      <w:r w:rsidRPr="000406BB">
        <w:rPr>
          <w:b/>
          <w:bCs/>
          <w:szCs w:val="24"/>
        </w:rPr>
        <w:t>Multiple entries are permitted</w:t>
      </w:r>
      <w:r w:rsidRPr="00561724">
        <w:rPr>
          <w:szCs w:val="24"/>
        </w:rPr>
        <w:t>; however, each entry must be substantially different.</w:t>
      </w:r>
    </w:p>
    <w:p w14:paraId="4746D319" w14:textId="77777777" w:rsidR="004F6D0B" w:rsidRPr="00BA2FDD" w:rsidRDefault="004F6D0B" w:rsidP="004F6D0B">
      <w:pPr>
        <w:pStyle w:val="ListParagraph"/>
        <w:numPr>
          <w:ilvl w:val="0"/>
          <w:numId w:val="17"/>
        </w:numPr>
        <w:spacing w:after="160" w:line="278" w:lineRule="auto"/>
        <w:rPr>
          <w:b/>
          <w:bCs/>
          <w:szCs w:val="24"/>
        </w:rPr>
      </w:pPr>
      <w:r w:rsidRPr="00561724">
        <w:rPr>
          <w:szCs w:val="24"/>
        </w:rPr>
        <w:t>BEE reserves the right to reject any entry that does not uphold the objectives, dignity, or public interest of the competition.</w:t>
      </w:r>
    </w:p>
    <w:p w14:paraId="031D4339" w14:textId="77777777" w:rsidR="004F6D0B" w:rsidRPr="009024E9" w:rsidRDefault="004F6D0B" w:rsidP="004F6D0B">
      <w:pPr>
        <w:rPr>
          <w:b/>
          <w:bCs/>
          <w:szCs w:val="24"/>
        </w:rPr>
      </w:pPr>
      <w:r w:rsidRPr="009024E9">
        <w:rPr>
          <w:szCs w:val="24"/>
        </w:rPr>
        <w:t>Entries shall not contain:</w:t>
      </w:r>
    </w:p>
    <w:p w14:paraId="14A88CB8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Nudity or sexually explicit material </w:t>
      </w:r>
    </w:p>
    <w:p w14:paraId="212B2C5D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Child abuse or child exploitation </w:t>
      </w:r>
    </w:p>
    <w:p w14:paraId="1051BB23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Violence or glorification of violence </w:t>
      </w:r>
    </w:p>
    <w:p w14:paraId="2A84EEE7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Hate speech </w:t>
      </w:r>
    </w:p>
    <w:p w14:paraId="48CDEECE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Religious or communal hatred </w:t>
      </w:r>
    </w:p>
    <w:p w14:paraId="1F4F3B57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Defamatory or offensive content </w:t>
      </w:r>
    </w:p>
    <w:p w14:paraId="3DA43EAA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Discrimination based on caste, religion, gender or disability </w:t>
      </w:r>
    </w:p>
    <w:p w14:paraId="6104D33A" w14:textId="43DA3AD6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Alcohol, tobacco or drug promotion </w:t>
      </w:r>
    </w:p>
    <w:p w14:paraId="11283F40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Dangerous activities without appropriate safety context </w:t>
      </w:r>
    </w:p>
    <w:p w14:paraId="500F324C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False or misleading claims </w:t>
      </w:r>
    </w:p>
    <w:p w14:paraId="7209625A" w14:textId="77777777" w:rsidR="004F6D0B" w:rsidRPr="00561724" w:rsidRDefault="004F6D0B" w:rsidP="004F6D0B">
      <w:pPr>
        <w:numPr>
          <w:ilvl w:val="0"/>
          <w:numId w:val="18"/>
        </w:numPr>
        <w:spacing w:after="160" w:line="278" w:lineRule="auto"/>
        <w:rPr>
          <w:szCs w:val="24"/>
        </w:rPr>
      </w:pPr>
      <w:r w:rsidRPr="00561724">
        <w:rPr>
          <w:szCs w:val="24"/>
        </w:rPr>
        <w:t xml:space="preserve">Deepfake or manipulated content intended to deceive </w:t>
      </w:r>
    </w:p>
    <w:p w14:paraId="444B877A" w14:textId="1097A2C9" w:rsidR="00033D6D" w:rsidRPr="00713DFF" w:rsidRDefault="00033D6D" w:rsidP="00713DFF">
      <w:pPr>
        <w:pStyle w:val="Heading2"/>
        <w:rPr>
          <w:sz w:val="28"/>
          <w:szCs w:val="28"/>
        </w:rPr>
      </w:pPr>
      <w:r w:rsidRPr="00713DFF">
        <w:rPr>
          <w:sz w:val="28"/>
          <w:szCs w:val="28"/>
        </w:rPr>
        <w:lastRenderedPageBreak/>
        <w:t>Evaluation Framework</w:t>
      </w:r>
    </w:p>
    <w:p w14:paraId="20991D80" w14:textId="77777777" w:rsidR="00033D6D" w:rsidRDefault="00033D6D" w:rsidP="00033D6D">
      <w:r>
        <w:t>Entries will be judged by a jury of experts and communication professionals on:</w:t>
      </w:r>
    </w:p>
    <w:p w14:paraId="2D0D8A99" w14:textId="77777777" w:rsidR="00033D6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Storytelling</w:t>
      </w:r>
      <w:r>
        <w:t xml:space="preserve"> - Innovative and engaging presentation.</w:t>
      </w:r>
    </w:p>
    <w:p w14:paraId="7B8AD3EA" w14:textId="3EC55187" w:rsidR="00033D6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 xml:space="preserve">Accuracy &amp; </w:t>
      </w:r>
      <w:r w:rsidR="00BA5310" w:rsidRPr="00C74CE9">
        <w:rPr>
          <w:b/>
          <w:bCs/>
        </w:rPr>
        <w:t xml:space="preserve">Theme </w:t>
      </w:r>
      <w:r w:rsidRPr="00C74CE9">
        <w:rPr>
          <w:b/>
          <w:bCs/>
        </w:rPr>
        <w:t>Alignment</w:t>
      </w:r>
      <w:r>
        <w:t xml:space="preserve"> - Adherence to energy conservation themes.</w:t>
      </w:r>
    </w:p>
    <w:p w14:paraId="17F0AB07" w14:textId="77777777" w:rsidR="00033D6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Clarity of Message</w:t>
      </w:r>
      <w:r>
        <w:t xml:space="preserve"> - Simplicity for mass understanding.</w:t>
      </w:r>
    </w:p>
    <w:p w14:paraId="06DDD821" w14:textId="0B2954EA" w:rsidR="00033D6D" w:rsidRDefault="00F2664D" w:rsidP="00033D6D">
      <w:pPr>
        <w:pStyle w:val="ListParagraph"/>
        <w:numPr>
          <w:ilvl w:val="0"/>
          <w:numId w:val="13"/>
        </w:numPr>
      </w:pPr>
      <w:r w:rsidRPr="00F2664D">
        <w:rPr>
          <w:b/>
          <w:bCs/>
        </w:rPr>
        <w:t xml:space="preserve">Reach &amp; Audience Engagement </w:t>
      </w:r>
      <w:r w:rsidR="00033D6D">
        <w:t>- Audience interaction, shares, and visibility.</w:t>
      </w:r>
    </w:p>
    <w:p w14:paraId="63F044A4" w14:textId="466DC5E7" w:rsidR="0055553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Impact</w:t>
      </w:r>
      <w:r w:rsidR="00F2664D">
        <w:rPr>
          <w:b/>
          <w:bCs/>
        </w:rPr>
        <w:t xml:space="preserve">, </w:t>
      </w:r>
      <w:r w:rsidRPr="00C74CE9">
        <w:rPr>
          <w:b/>
          <w:bCs/>
        </w:rPr>
        <w:t>Replicability</w:t>
      </w:r>
      <w:r>
        <w:t xml:space="preserve"> </w:t>
      </w:r>
      <w:r w:rsidR="00F2664D" w:rsidRPr="00F2664D">
        <w:rPr>
          <w:b/>
          <w:bCs/>
        </w:rPr>
        <w:t>and Social Influence</w:t>
      </w:r>
      <w:r w:rsidR="00F2664D">
        <w:t xml:space="preserve"> </w:t>
      </w:r>
      <w:r>
        <w:t>- Ability to inspire real-life behavior change</w:t>
      </w:r>
    </w:p>
    <w:p w14:paraId="6A500258" w14:textId="448AF7DC" w:rsidR="00F47FF0" w:rsidRDefault="00F47FF0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Technical Quality</w:t>
      </w:r>
      <w:r w:rsidR="00C74CE9">
        <w:t xml:space="preserve"> -</w:t>
      </w:r>
      <w:r>
        <w:t xml:space="preserve"> </w:t>
      </w:r>
      <w:r w:rsidRPr="00F47FF0">
        <w:t>Video resolution, sound clarity, editing, and smooth transitions.</w:t>
      </w:r>
      <w:r>
        <w:t xml:space="preserve"> </w:t>
      </w:r>
    </w:p>
    <w:p w14:paraId="07B92064" w14:textId="5AF823B3" w:rsidR="00033D6D" w:rsidRDefault="002C7849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Other Parameters</w:t>
      </w:r>
      <w:r w:rsidRPr="002C7849">
        <w:t xml:space="preserve"> – As may be suggested by the Jury/Committee.</w:t>
      </w:r>
    </w:p>
    <w:p w14:paraId="7A2649E2" w14:textId="77777777" w:rsidR="00B23E35" w:rsidRPr="00557900" w:rsidRDefault="00B23E35" w:rsidP="00B23E35">
      <w:pPr>
        <w:pStyle w:val="Heading2"/>
        <w:rPr>
          <w:sz w:val="28"/>
          <w:szCs w:val="28"/>
        </w:rPr>
      </w:pPr>
      <w:r w:rsidRPr="00557900">
        <w:rPr>
          <w:sz w:val="28"/>
          <w:szCs w:val="28"/>
        </w:rPr>
        <w:t xml:space="preserve">Consent </w:t>
      </w:r>
    </w:p>
    <w:p w14:paraId="7B6855FB" w14:textId="2D7B1716" w:rsidR="00F450B3" w:rsidRDefault="00B23E35" w:rsidP="00033D6D">
      <w:r>
        <w:t>[  ] I confirm that the submitted content is my original creation and does not infringe on third-party rights</w:t>
      </w:r>
      <w:r w:rsidR="00BA6F0C">
        <w:t xml:space="preserve">, and </w:t>
      </w:r>
      <w:r w:rsidR="00033D6D">
        <w:t>agree to the all Terms &amp; Conditions</w:t>
      </w:r>
      <w:r w:rsidR="00BA6F0C">
        <w:t>.</w:t>
      </w:r>
      <w:r w:rsidR="00033D6D">
        <w:t xml:space="preserve">  </w:t>
      </w:r>
    </w:p>
    <w:p w14:paraId="0C94A908" w14:textId="5655EF43" w:rsidR="00033D6D" w:rsidRDefault="00033D6D" w:rsidP="00033D6D">
      <w:r>
        <w:t>{Sign}</w:t>
      </w:r>
    </w:p>
    <w:p w14:paraId="2568A94F" w14:textId="12157789" w:rsidR="00947243" w:rsidRPr="00713DFF" w:rsidRDefault="00947243" w:rsidP="00713DFF">
      <w:pPr>
        <w:pStyle w:val="Heading2"/>
        <w:rPr>
          <w:sz w:val="28"/>
          <w:szCs w:val="28"/>
        </w:rPr>
      </w:pPr>
      <w:bookmarkStart w:id="0" w:name="_GoBack"/>
      <w:bookmarkEnd w:id="0"/>
    </w:p>
    <w:sectPr w:rsidR="00947243" w:rsidRPr="00713DFF" w:rsidSect="000406BB">
      <w:pgSz w:w="11906" w:h="16838" w:code="9"/>
      <w:pgMar w:top="709" w:right="1416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05700BA"/>
    <w:multiLevelType w:val="hybridMultilevel"/>
    <w:tmpl w:val="375C54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117EBB"/>
    <w:multiLevelType w:val="hybridMultilevel"/>
    <w:tmpl w:val="24B6CA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D02D97"/>
    <w:multiLevelType w:val="multilevel"/>
    <w:tmpl w:val="10FC195E"/>
    <w:lvl w:ilvl="0">
      <w:start w:val="1"/>
      <w:numFmt w:val="lowerRoman"/>
      <w:lvlText w:val="(%1)"/>
      <w:lvlJc w:val="left"/>
      <w:pPr>
        <w:tabs>
          <w:tab w:val="num" w:pos="1069"/>
        </w:tabs>
        <w:ind w:left="1069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2">
    <w:nsid w:val="26997A88"/>
    <w:multiLevelType w:val="hybridMultilevel"/>
    <w:tmpl w:val="1964863C"/>
    <w:lvl w:ilvl="0" w:tplc="A9A6D2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F6C780C">
      <w:start w:val="1"/>
      <w:numFmt w:val="bullet"/>
      <w:lvlText w:val="•"/>
      <w:lvlJc w:val="left"/>
      <w:pPr>
        <w:ind w:left="1800" w:hanging="720"/>
      </w:pPr>
      <w:rPr>
        <w:rFonts w:ascii="Cambria" w:eastAsiaTheme="minorEastAsia" w:hAnsi="Cambria" w:cstheme="minorBidi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5471BE"/>
    <w:multiLevelType w:val="multilevel"/>
    <w:tmpl w:val="E85A4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1A7905"/>
    <w:multiLevelType w:val="hybridMultilevel"/>
    <w:tmpl w:val="1B04D3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F6B73"/>
    <w:multiLevelType w:val="hybridMultilevel"/>
    <w:tmpl w:val="D9927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1C61D2"/>
    <w:multiLevelType w:val="hybridMultilevel"/>
    <w:tmpl w:val="5A6415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0152D3"/>
    <w:multiLevelType w:val="hybridMultilevel"/>
    <w:tmpl w:val="E4BA320A"/>
    <w:lvl w:ilvl="0" w:tplc="250CCAA6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7"/>
  </w:num>
  <w:num w:numId="12">
    <w:abstractNumId w:val="14"/>
  </w:num>
  <w:num w:numId="13">
    <w:abstractNumId w:val="16"/>
  </w:num>
  <w:num w:numId="14">
    <w:abstractNumId w:val="15"/>
  </w:num>
  <w:num w:numId="15">
    <w:abstractNumId w:val="12"/>
  </w:num>
  <w:num w:numId="16">
    <w:abstractNumId w:val="9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E71"/>
    <w:rsid w:val="00033D6D"/>
    <w:rsid w:val="00034616"/>
    <w:rsid w:val="000406BB"/>
    <w:rsid w:val="0006063C"/>
    <w:rsid w:val="000B2DEA"/>
    <w:rsid w:val="000B4D71"/>
    <w:rsid w:val="000C1350"/>
    <w:rsid w:val="000E1560"/>
    <w:rsid w:val="000F50DC"/>
    <w:rsid w:val="00104D29"/>
    <w:rsid w:val="00106371"/>
    <w:rsid w:val="00113AFB"/>
    <w:rsid w:val="00114B8F"/>
    <w:rsid w:val="00132767"/>
    <w:rsid w:val="0015074B"/>
    <w:rsid w:val="00193940"/>
    <w:rsid w:val="001C1289"/>
    <w:rsid w:val="001D6282"/>
    <w:rsid w:val="002005FF"/>
    <w:rsid w:val="00220DA6"/>
    <w:rsid w:val="002873E0"/>
    <w:rsid w:val="0029639D"/>
    <w:rsid w:val="002C7849"/>
    <w:rsid w:val="002D1CD8"/>
    <w:rsid w:val="003001A2"/>
    <w:rsid w:val="00311A47"/>
    <w:rsid w:val="00326F90"/>
    <w:rsid w:val="0033162B"/>
    <w:rsid w:val="00357A2D"/>
    <w:rsid w:val="0039648B"/>
    <w:rsid w:val="003B75D8"/>
    <w:rsid w:val="003D3F8A"/>
    <w:rsid w:val="003D4051"/>
    <w:rsid w:val="0041164B"/>
    <w:rsid w:val="00411DD3"/>
    <w:rsid w:val="0042120F"/>
    <w:rsid w:val="00451901"/>
    <w:rsid w:val="00477896"/>
    <w:rsid w:val="004C07EE"/>
    <w:rsid w:val="004C2FC0"/>
    <w:rsid w:val="004D622F"/>
    <w:rsid w:val="004F6D0B"/>
    <w:rsid w:val="00533A50"/>
    <w:rsid w:val="00535641"/>
    <w:rsid w:val="005424B0"/>
    <w:rsid w:val="0055553D"/>
    <w:rsid w:val="00557900"/>
    <w:rsid w:val="005625D9"/>
    <w:rsid w:val="00570981"/>
    <w:rsid w:val="00570A1B"/>
    <w:rsid w:val="0057789D"/>
    <w:rsid w:val="005D383F"/>
    <w:rsid w:val="005E1D5F"/>
    <w:rsid w:val="005F274C"/>
    <w:rsid w:val="006014CD"/>
    <w:rsid w:val="00616786"/>
    <w:rsid w:val="00627049"/>
    <w:rsid w:val="00635329"/>
    <w:rsid w:val="00641F92"/>
    <w:rsid w:val="00645679"/>
    <w:rsid w:val="00650C26"/>
    <w:rsid w:val="006729A8"/>
    <w:rsid w:val="006B3117"/>
    <w:rsid w:val="006B5295"/>
    <w:rsid w:val="006D5145"/>
    <w:rsid w:val="00713DFF"/>
    <w:rsid w:val="00715C32"/>
    <w:rsid w:val="00727E5F"/>
    <w:rsid w:val="007F4D65"/>
    <w:rsid w:val="00835D04"/>
    <w:rsid w:val="00870F2E"/>
    <w:rsid w:val="008A39B1"/>
    <w:rsid w:val="008B72D2"/>
    <w:rsid w:val="008B7678"/>
    <w:rsid w:val="008C6387"/>
    <w:rsid w:val="008C6433"/>
    <w:rsid w:val="008D6D36"/>
    <w:rsid w:val="00926478"/>
    <w:rsid w:val="00947243"/>
    <w:rsid w:val="00955C45"/>
    <w:rsid w:val="00984113"/>
    <w:rsid w:val="009B1F40"/>
    <w:rsid w:val="009C08B7"/>
    <w:rsid w:val="009E4CE1"/>
    <w:rsid w:val="009F371C"/>
    <w:rsid w:val="00A25B39"/>
    <w:rsid w:val="00A40F31"/>
    <w:rsid w:val="00A4178E"/>
    <w:rsid w:val="00A515D0"/>
    <w:rsid w:val="00A5725F"/>
    <w:rsid w:val="00A67EA5"/>
    <w:rsid w:val="00AA1D8D"/>
    <w:rsid w:val="00AA5A10"/>
    <w:rsid w:val="00AB2488"/>
    <w:rsid w:val="00AD612D"/>
    <w:rsid w:val="00B16464"/>
    <w:rsid w:val="00B23E35"/>
    <w:rsid w:val="00B47650"/>
    <w:rsid w:val="00B47730"/>
    <w:rsid w:val="00B70C47"/>
    <w:rsid w:val="00BA5310"/>
    <w:rsid w:val="00BA6F0C"/>
    <w:rsid w:val="00BB23FA"/>
    <w:rsid w:val="00BB419C"/>
    <w:rsid w:val="00BD46B1"/>
    <w:rsid w:val="00BF4AB4"/>
    <w:rsid w:val="00C21757"/>
    <w:rsid w:val="00C45C61"/>
    <w:rsid w:val="00C73416"/>
    <w:rsid w:val="00C745D9"/>
    <w:rsid w:val="00C74CE9"/>
    <w:rsid w:val="00C77A2F"/>
    <w:rsid w:val="00C95FFE"/>
    <w:rsid w:val="00CB0664"/>
    <w:rsid w:val="00CB5A75"/>
    <w:rsid w:val="00CC0207"/>
    <w:rsid w:val="00CF304C"/>
    <w:rsid w:val="00D47D75"/>
    <w:rsid w:val="00D84C34"/>
    <w:rsid w:val="00E062B3"/>
    <w:rsid w:val="00E47946"/>
    <w:rsid w:val="00E879F5"/>
    <w:rsid w:val="00E91336"/>
    <w:rsid w:val="00EA5587"/>
    <w:rsid w:val="00EB0871"/>
    <w:rsid w:val="00EB57C5"/>
    <w:rsid w:val="00ED30C1"/>
    <w:rsid w:val="00F0165D"/>
    <w:rsid w:val="00F210D7"/>
    <w:rsid w:val="00F2664D"/>
    <w:rsid w:val="00F40CBC"/>
    <w:rsid w:val="00F450B3"/>
    <w:rsid w:val="00F47FF0"/>
    <w:rsid w:val="00F56A07"/>
    <w:rsid w:val="00F87650"/>
    <w:rsid w:val="00FC4C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8629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9B0676-C336-4257-9C0A-7B18FE23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dv5</cp:lastModifiedBy>
  <cp:revision>131</cp:revision>
  <cp:lastPrinted>2025-09-18T08:46:00Z</cp:lastPrinted>
  <dcterms:created xsi:type="dcterms:W3CDTF">2025-09-18T06:43:00Z</dcterms:created>
  <dcterms:modified xsi:type="dcterms:W3CDTF">2026-09-09T09:29:00Z</dcterms:modified>
  <cp:category/>
</cp:coreProperties>
</file>