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4608E" w14:textId="59940B42" w:rsidR="009F371C" w:rsidRPr="00132767" w:rsidRDefault="00EB0871" w:rsidP="00E879F5">
      <w:pPr>
        <w:pStyle w:val="Heading1"/>
        <w:jc w:val="center"/>
        <w:rPr>
          <w:sz w:val="32"/>
          <w:szCs w:val="32"/>
        </w:rPr>
      </w:pPr>
      <w:r w:rsidRPr="00570981">
        <w:rPr>
          <w:sz w:val="32"/>
          <w:szCs w:val="32"/>
        </w:rPr>
        <w:t xml:space="preserve">NECA </w:t>
      </w:r>
      <w:r w:rsidR="008D6D36" w:rsidRPr="00570981">
        <w:rPr>
          <w:sz w:val="32"/>
          <w:szCs w:val="32"/>
        </w:rPr>
        <w:t xml:space="preserve">for Content Creators </w:t>
      </w:r>
      <w:r w:rsidR="008A39B1" w:rsidRPr="00570981">
        <w:rPr>
          <w:sz w:val="32"/>
          <w:szCs w:val="32"/>
        </w:rPr>
        <w:t xml:space="preserve">&amp; </w:t>
      </w:r>
      <w:r w:rsidR="008D6D36" w:rsidRPr="00570981">
        <w:rPr>
          <w:sz w:val="32"/>
          <w:szCs w:val="32"/>
        </w:rPr>
        <w:t xml:space="preserve">Influencers </w:t>
      </w:r>
      <w:r w:rsidRPr="00570981">
        <w:rPr>
          <w:sz w:val="32"/>
          <w:szCs w:val="32"/>
        </w:rPr>
        <w:t>Category</w:t>
      </w:r>
      <w:r w:rsidR="008D6D36" w:rsidRPr="00570981">
        <w:rPr>
          <w:sz w:val="32"/>
          <w:szCs w:val="32"/>
        </w:rPr>
        <w:t xml:space="preserve"> </w:t>
      </w:r>
      <w:r w:rsidR="00E879F5">
        <w:rPr>
          <w:sz w:val="32"/>
          <w:szCs w:val="32"/>
        </w:rPr>
        <w:br/>
      </w:r>
      <w:r w:rsidR="009F371C" w:rsidRPr="00EB0871">
        <w:rPr>
          <w:sz w:val="32"/>
          <w:szCs w:val="32"/>
          <w:u w:val="single"/>
        </w:rPr>
        <w:t>Login</w:t>
      </w:r>
      <w:r w:rsidRPr="00EB0871">
        <w:rPr>
          <w:sz w:val="32"/>
          <w:szCs w:val="32"/>
          <w:u w:val="single"/>
        </w:rPr>
        <w:t xml:space="preserve"> Form</w:t>
      </w:r>
    </w:p>
    <w:p w14:paraId="1C972FD2" w14:textId="020F520B" w:rsidR="00EA5587" w:rsidRDefault="00EA5587" w:rsidP="00EA5587">
      <w:pPr>
        <w:pStyle w:val="Heading2"/>
      </w:pPr>
      <w:r>
        <w:t>Basic Details:</w:t>
      </w:r>
      <w:r w:rsidR="00922F5C">
        <w:t xml:space="preserve"> (Auto </w:t>
      </w:r>
      <w:proofErr w:type="spellStart"/>
      <w:r w:rsidR="00922F5C">
        <w:t>FIlled</w:t>
      </w:r>
      <w:proofErr w:type="spellEnd"/>
      <w:r w:rsidR="00922F5C">
        <w:t>)</w:t>
      </w:r>
      <w:r w:rsidR="00A4178E">
        <w:br/>
      </w:r>
    </w:p>
    <w:p w14:paraId="42099589" w14:textId="40F957B2" w:rsidR="000C1350" w:rsidRDefault="00EB0871">
      <w:r>
        <w:t>Name:</w:t>
      </w:r>
      <w:r w:rsidR="00EA5587">
        <w:t xml:space="preserve"> ……………………………………………….</w:t>
      </w:r>
      <w:r>
        <w:t xml:space="preserve">                                      Mobile:</w:t>
      </w:r>
      <w:r w:rsidR="00EA5587">
        <w:t xml:space="preserve"> …………………………………..</w:t>
      </w:r>
      <w:r>
        <w:t xml:space="preserve">                                                   </w:t>
      </w:r>
    </w:p>
    <w:p w14:paraId="3B0B84CA" w14:textId="77777777" w:rsidR="00922F5C" w:rsidRDefault="00EB0871">
      <w:r>
        <w:t>Email:</w:t>
      </w:r>
      <w:r w:rsidR="00EA5587">
        <w:t xml:space="preserve"> ………………………………………………</w:t>
      </w:r>
      <w:r w:rsidR="009E4CE1">
        <w:t>.</w:t>
      </w:r>
      <w:r>
        <w:t xml:space="preserve">       </w:t>
      </w:r>
    </w:p>
    <w:p w14:paraId="04BA83BD" w14:textId="2DAB9ECB" w:rsidR="000C1350" w:rsidRDefault="00922F5C">
      <w:r>
        <w:t>----------------------------------------------------------------------------------------------------------------------</w:t>
      </w:r>
      <w:r w:rsidR="00EB0871">
        <w:t xml:space="preserve">                                            </w:t>
      </w:r>
    </w:p>
    <w:p w14:paraId="29484B39" w14:textId="7BB75E66" w:rsidR="00922F5C" w:rsidRDefault="00922F5C">
      <w:r>
        <w:t>Pl enter more details</w:t>
      </w:r>
    </w:p>
    <w:p w14:paraId="333679B8" w14:textId="20CB1098" w:rsidR="000C1350" w:rsidRDefault="00EB0871">
      <w:r>
        <w:t xml:space="preserve">Gender (Select one): [  ] Male   [  ] Female   [  ] </w:t>
      </w:r>
      <w:proofErr w:type="gramStart"/>
      <w:r>
        <w:t>Other</w:t>
      </w:r>
      <w:proofErr w:type="gramEnd"/>
    </w:p>
    <w:p w14:paraId="4BE85BB1" w14:textId="42CFFFEC" w:rsidR="000C1350" w:rsidRDefault="00EB0871">
      <w:r>
        <w:t xml:space="preserve">Age:  </w:t>
      </w:r>
      <w:r w:rsidR="00D84C34">
        <w:t>……………</w:t>
      </w:r>
      <w:r w:rsidR="00BA5310">
        <w:t>…</w:t>
      </w:r>
      <w:r w:rsidR="00D84C34">
        <w:t>.</w:t>
      </w:r>
      <w:r>
        <w:t xml:space="preserve">                   </w:t>
      </w:r>
    </w:p>
    <w:p w14:paraId="2C126999" w14:textId="6F06BFB9" w:rsidR="000C1350" w:rsidRDefault="00EB0871">
      <w:r>
        <w:t xml:space="preserve">State:  </w:t>
      </w:r>
      <w:r w:rsidR="00D84C34">
        <w:t>…………………</w:t>
      </w:r>
      <w:r w:rsidR="00B47650">
        <w:t>………………</w:t>
      </w:r>
      <w:r>
        <w:t xml:space="preserve">     </w:t>
      </w:r>
      <w:r w:rsidR="00ED30C1">
        <w:t>City ……………</w:t>
      </w:r>
      <w:r w:rsidR="00B47650">
        <w:t>………</w:t>
      </w:r>
      <w:r w:rsidR="00EA5587">
        <w:t>……….</w:t>
      </w:r>
    </w:p>
    <w:p w14:paraId="6618E930" w14:textId="68C0E689" w:rsidR="005D383F" w:rsidRDefault="00EB0871" w:rsidP="00A515D0">
      <w:pPr>
        <w:pStyle w:val="Heading2"/>
      </w:pPr>
      <w:r>
        <w:t>Digital Presence</w:t>
      </w:r>
      <w:r w:rsidR="00E91336">
        <w:t xml:space="preserve"> (</w:t>
      </w:r>
      <w:r w:rsidR="00ED30C1">
        <w:t>Social Media Profile Link</w:t>
      </w:r>
      <w:r w:rsidR="00E91336">
        <w:t>)</w:t>
      </w:r>
    </w:p>
    <w:p w14:paraId="043D54F3" w14:textId="10E1EE8A" w:rsidR="00ED30C1" w:rsidRDefault="00EB0871" w:rsidP="00926478">
      <w:r w:rsidRPr="00926478">
        <w:t>[  ] Facebook</w:t>
      </w:r>
      <w:r w:rsidR="00650C26" w:rsidRPr="00926478">
        <w:t xml:space="preserve">: </w:t>
      </w:r>
      <w:r w:rsidR="00ED30C1" w:rsidRPr="00926478">
        <w:t>…………………                          Followers Count</w:t>
      </w:r>
      <w:proofErr w:type="gramStart"/>
      <w:r w:rsidR="00ED30C1" w:rsidRPr="00926478">
        <w:t>:  ………………….</w:t>
      </w:r>
      <w:proofErr w:type="gramEnd"/>
      <w:r w:rsidR="00ED30C1">
        <w:t xml:space="preserve">               </w:t>
      </w:r>
    </w:p>
    <w:p w14:paraId="0F998259" w14:textId="7525FAA8" w:rsidR="00ED30C1" w:rsidRDefault="00EB0871">
      <w:r>
        <w:t>[  ] Instagram</w:t>
      </w:r>
      <w:r w:rsidR="00650C26">
        <w:t>:</w:t>
      </w:r>
      <w:r>
        <w:t xml:space="preserve"> </w:t>
      </w:r>
      <w:r w:rsidR="00ED30C1">
        <w:t>…………………                          Followers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61A962B1" w14:textId="5DFAA8D6" w:rsidR="00ED30C1" w:rsidRDefault="00EB0871">
      <w:r>
        <w:t>[  ] X</w:t>
      </w:r>
      <w:proofErr w:type="gramStart"/>
      <w:r w:rsidR="00650C26">
        <w:t>:</w:t>
      </w:r>
      <w:r>
        <w:t xml:space="preserve">   </w:t>
      </w:r>
      <w:r w:rsidR="00ED30C1">
        <w:t>…………………</w:t>
      </w:r>
      <w:proofErr w:type="gramEnd"/>
      <w:r w:rsidR="00ED30C1">
        <w:t xml:space="preserve">                                         Followers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2B98D600" w14:textId="2D1C7183" w:rsidR="00ED30C1" w:rsidRDefault="00EB0871">
      <w:r>
        <w:t>[  ] YouTube</w:t>
      </w:r>
      <w:r w:rsidR="00650C26">
        <w:t>:</w:t>
      </w:r>
      <w:r w:rsidR="00ED30C1">
        <w:t xml:space="preserve"> …………………                             Subscribers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02427022" w14:textId="7DF70348" w:rsidR="00ED30C1" w:rsidRDefault="00EB0871" w:rsidP="00ED30C1">
      <w:r>
        <w:t>[  ] LinkedIn</w:t>
      </w:r>
      <w:r w:rsidR="00650C26">
        <w:t xml:space="preserve">: </w:t>
      </w:r>
      <w:r w:rsidR="00ED30C1">
        <w:t>…………………                              Followers Count</w:t>
      </w:r>
      <w:proofErr w:type="gramStart"/>
      <w:r w:rsidR="00ED30C1">
        <w:t>:  ………………….</w:t>
      </w:r>
      <w:proofErr w:type="gramEnd"/>
      <w:r w:rsidR="00ED30C1">
        <w:t xml:space="preserve">               </w:t>
      </w:r>
    </w:p>
    <w:p w14:paraId="18979E8D" w14:textId="277E7271" w:rsidR="00F210D7" w:rsidRDefault="00F210D7" w:rsidP="00E47946">
      <w:r w:rsidRPr="00E47946">
        <w:t xml:space="preserve">Link to the video uploaded in </w:t>
      </w:r>
      <w:r w:rsidR="0042120F" w:rsidRPr="00E47946">
        <w:t xml:space="preserve">the </w:t>
      </w:r>
      <w:r w:rsidRPr="00E47946">
        <w:t xml:space="preserve">last </w:t>
      </w:r>
      <w:r w:rsidR="0042120F" w:rsidRPr="00E47946">
        <w:t xml:space="preserve">one </w:t>
      </w:r>
      <w:r w:rsidRPr="00E47946">
        <w:t>year that has received a minimum of 1</w:t>
      </w:r>
      <w:r w:rsidR="00BF4AB4" w:rsidRPr="00E47946">
        <w:t>,</w:t>
      </w:r>
      <w:r w:rsidRPr="00E47946">
        <w:t>00,000 impressions:</w:t>
      </w:r>
      <w:r w:rsidR="003D4051">
        <w:t xml:space="preserve"> </w:t>
      </w:r>
      <w:r w:rsidR="003D4051" w:rsidRPr="003D4051">
        <w:t>…………</w:t>
      </w:r>
      <w:r w:rsidR="003D4051">
        <w:t>………………………………………</w:t>
      </w:r>
    </w:p>
    <w:p w14:paraId="4DA47747" w14:textId="4B44A4F3" w:rsidR="000C1350" w:rsidRPr="009C08B7" w:rsidRDefault="00EB0871">
      <w:pPr>
        <w:pStyle w:val="Heading2"/>
        <w:rPr>
          <w:sz w:val="28"/>
          <w:szCs w:val="28"/>
        </w:rPr>
      </w:pPr>
      <w:r w:rsidRPr="009C08B7">
        <w:rPr>
          <w:sz w:val="28"/>
          <w:szCs w:val="28"/>
        </w:rPr>
        <w:t>Submit Link</w:t>
      </w:r>
      <w:r w:rsidR="00EB57C5" w:rsidRPr="009C08B7">
        <w:rPr>
          <w:sz w:val="28"/>
          <w:szCs w:val="28"/>
        </w:rPr>
        <w:t xml:space="preserve"> on the below given themes:</w:t>
      </w:r>
      <w:r w:rsidR="00033D6D" w:rsidRPr="009C08B7">
        <w:rPr>
          <w:sz w:val="28"/>
          <w:szCs w:val="28"/>
        </w:rPr>
        <w:t xml:space="preserve">     </w:t>
      </w:r>
    </w:p>
    <w:p w14:paraId="11E80801" w14:textId="2ADE8510" w:rsidR="00033D6D" w:rsidRPr="00033D6D" w:rsidRDefault="00033D6D" w:rsidP="00033D6D">
      <w:r>
        <w:t xml:space="preserve">{If required, add </w:t>
      </w:r>
      <w:r w:rsidR="00104D29">
        <w:t>m</w:t>
      </w:r>
      <w:r>
        <w:t xml:space="preserve">ore lines for multiple entries under each </w:t>
      </w:r>
      <w:r w:rsidR="004C07EE">
        <w:t>theme</w:t>
      </w:r>
      <w:r>
        <w:t xml:space="preserve">} </w:t>
      </w:r>
    </w:p>
    <w:p w14:paraId="0670879A" w14:textId="5F69A826" w:rsidR="00033D6D" w:rsidRDefault="00EB0871">
      <w:r>
        <w:t>[  ] Save Energy at Home</w:t>
      </w:r>
      <w:r w:rsidR="00D84C34">
        <w:t xml:space="preserve">  </w:t>
      </w:r>
      <w:r w:rsidR="00ED30C1">
        <w:t xml:space="preserve">              </w:t>
      </w:r>
      <w:r w:rsidR="00BB23FA">
        <w:t xml:space="preserve">                                                     </w:t>
      </w:r>
      <w:r w:rsidR="00033D6D">
        <w:t xml:space="preserve">Paste </w:t>
      </w:r>
      <w:r w:rsidR="00D84C34">
        <w:t>Link</w:t>
      </w:r>
      <w:r w:rsidR="00ED30C1">
        <w:t>: …………………..</w:t>
      </w:r>
    </w:p>
    <w:p w14:paraId="48026FD9" w14:textId="15EDD0A3" w:rsidR="00033D6D" w:rsidRDefault="00EB0871">
      <w:r>
        <w:t>[  ] Set AC at 24°</w:t>
      </w:r>
      <w:r w:rsidR="00D84C34">
        <w:t xml:space="preserve">    </w:t>
      </w:r>
      <w:r w:rsidR="00ED30C1">
        <w:t xml:space="preserve">                            </w:t>
      </w:r>
      <w:r w:rsidR="00557900">
        <w:t xml:space="preserve"> </w:t>
      </w:r>
      <w:r w:rsidR="00BB23FA">
        <w:t xml:space="preserve">                                                    </w:t>
      </w:r>
      <w:r w:rsidR="00033D6D">
        <w:t xml:space="preserve">Paste </w:t>
      </w:r>
      <w:r w:rsidR="00ED30C1">
        <w:t>Link: …………………</w:t>
      </w:r>
    </w:p>
    <w:p w14:paraId="65526F89" w14:textId="2B7CB6A0" w:rsidR="000C1350" w:rsidRDefault="00EB0871">
      <w:r>
        <w:t>[  ] Choose 5-Star Appliances – More Stars, More Savings</w:t>
      </w:r>
      <w:r w:rsidR="00D84C34">
        <w:t xml:space="preserve"> </w:t>
      </w:r>
      <w:r w:rsidR="00ED30C1">
        <w:t xml:space="preserve"> </w:t>
      </w:r>
      <w:r w:rsidR="00033D6D">
        <w:t xml:space="preserve"> </w:t>
      </w:r>
      <w:r w:rsidR="00ED30C1">
        <w:t xml:space="preserve">    </w:t>
      </w:r>
      <w:r w:rsidR="00557900">
        <w:t>P</w:t>
      </w:r>
      <w:r w:rsidR="00033D6D">
        <w:t xml:space="preserve">aste </w:t>
      </w:r>
      <w:r w:rsidR="00ED30C1">
        <w:t>Link: …………</w:t>
      </w:r>
      <w:r w:rsidR="00870F2E">
        <w:t>……….</w:t>
      </w:r>
    </w:p>
    <w:p w14:paraId="0F9DD974" w14:textId="60CA3CF8" w:rsidR="00033D6D" w:rsidRDefault="00EB0871">
      <w:r>
        <w:t>[  ] Energy Efficient Lighting for Brighter Homes</w:t>
      </w:r>
      <w:r w:rsidR="00D84C34">
        <w:t xml:space="preserve"> </w:t>
      </w:r>
      <w:r w:rsidR="00ED30C1">
        <w:t xml:space="preserve">                    </w:t>
      </w:r>
      <w:r w:rsidR="00557900">
        <w:t xml:space="preserve">  </w:t>
      </w:r>
      <w:r w:rsidR="00033D6D">
        <w:t>Past Link: …………………</w:t>
      </w:r>
      <w:r w:rsidR="00727E5F">
        <w:t>…</w:t>
      </w:r>
      <w:r w:rsidR="00033D6D">
        <w:t xml:space="preserve"> </w:t>
      </w:r>
    </w:p>
    <w:p w14:paraId="39284606" w14:textId="641A6461" w:rsidR="00033D6D" w:rsidRDefault="00EB0871">
      <w:r>
        <w:t>[  ] Green and Sustainable Building</w:t>
      </w:r>
      <w:r w:rsidR="00D84C34">
        <w:t xml:space="preserve"> </w:t>
      </w:r>
      <w:r w:rsidR="00ED30C1">
        <w:tab/>
      </w:r>
      <w:r w:rsidR="00ED30C1">
        <w:tab/>
      </w:r>
      <w:r w:rsidR="00557900">
        <w:t xml:space="preserve">                          </w:t>
      </w:r>
      <w:r w:rsidR="00033D6D">
        <w:t>Paste Link: …………………</w:t>
      </w:r>
    </w:p>
    <w:p w14:paraId="0D922732" w14:textId="4BA3BA7E" w:rsidR="00D84C34" w:rsidRDefault="00EB0871" w:rsidP="00A67EA5">
      <w:r>
        <w:t>[  ] Celebrate Festivals with Responsibility</w:t>
      </w:r>
      <w:r w:rsidR="00D84C34">
        <w:t xml:space="preserve"> </w:t>
      </w:r>
      <w:r w:rsidR="00ED30C1">
        <w:t xml:space="preserve">   </w:t>
      </w:r>
      <w:r w:rsidR="00ED30C1">
        <w:tab/>
      </w:r>
      <w:r w:rsidR="00ED30C1">
        <w:tab/>
      </w:r>
      <w:r w:rsidR="00557900">
        <w:t xml:space="preserve">            </w:t>
      </w:r>
      <w:r w:rsidR="00033D6D">
        <w:t xml:space="preserve">Paste </w:t>
      </w:r>
      <w:r w:rsidR="00ED30C1">
        <w:t>Link: ……………</w:t>
      </w:r>
      <w:r w:rsidR="00870F2E">
        <w:t>……</w:t>
      </w:r>
      <w:r w:rsidR="00033D6D">
        <w:t xml:space="preserve">    </w:t>
      </w:r>
    </w:p>
    <w:p w14:paraId="2F8E1120" w14:textId="77777777" w:rsidR="00A515D0" w:rsidRDefault="00A515D0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724708A4" w14:textId="77777777" w:rsidR="00A515D0" w:rsidRDefault="00A515D0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2A3A287B" w14:textId="77777777" w:rsidR="00A515D0" w:rsidRDefault="00A515D0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1CA16D0A" w14:textId="77777777" w:rsidR="000B2DEA" w:rsidRDefault="000B2DEA" w:rsidP="009F371C">
      <w:pPr>
        <w:rPr>
          <w:rFonts w:asciiTheme="majorHAnsi" w:hAnsiTheme="majorHAnsi" w:cstheme="majorHAnsi"/>
          <w:b/>
          <w:bCs/>
          <w:color w:val="4F81BD" w:themeColor="accent1"/>
          <w:sz w:val="28"/>
          <w:szCs w:val="28"/>
        </w:rPr>
      </w:pPr>
    </w:p>
    <w:p w14:paraId="67D968F9" w14:textId="2B2E4B9C" w:rsidR="000C1350" w:rsidRPr="00713DFF" w:rsidRDefault="00EB0871" w:rsidP="00713DFF">
      <w:pPr>
        <w:pStyle w:val="Heading2"/>
        <w:rPr>
          <w:sz w:val="28"/>
          <w:szCs w:val="28"/>
        </w:rPr>
      </w:pPr>
      <w:r w:rsidRPr="00713DFF">
        <w:rPr>
          <w:sz w:val="28"/>
          <w:szCs w:val="28"/>
        </w:rPr>
        <w:t>Terms &amp; Conditions</w:t>
      </w:r>
    </w:p>
    <w:p w14:paraId="2F561339" w14:textId="48AEA7C9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Participants must meet the following eligibility criteria </w:t>
      </w:r>
    </w:p>
    <w:p w14:paraId="142C2DBA" w14:textId="5B0B5275" w:rsidR="00193940" w:rsidRDefault="00193940" w:rsidP="00193940">
      <w:pPr>
        <w:pStyle w:val="ListParagraph"/>
        <w:numPr>
          <w:ilvl w:val="1"/>
          <w:numId w:val="16"/>
        </w:numPr>
      </w:pPr>
      <w:r>
        <w:t>Minimum 10,000 followers/subscribers on any one social media platform.</w:t>
      </w:r>
    </w:p>
    <w:p w14:paraId="7DE2FF00" w14:textId="20DBC2B9" w:rsidR="00193940" w:rsidRDefault="00193940" w:rsidP="00193940">
      <w:pPr>
        <w:pStyle w:val="ListParagraph"/>
        <w:numPr>
          <w:ilvl w:val="1"/>
          <w:numId w:val="16"/>
        </w:numPr>
      </w:pPr>
      <w:r>
        <w:t>At least one content piece in the last year should have 100,000 impressions.</w:t>
      </w:r>
    </w:p>
    <w:p w14:paraId="085D9951" w14:textId="12D8853E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Multiple entries are allowed. </w:t>
      </w:r>
    </w:p>
    <w:p w14:paraId="09CF64B6" w14:textId="22E50751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Participants must create original short videos (up to 90 seconds) in Hindi or any other Indian language (with typed transcript in English or Hindi) </w:t>
      </w:r>
    </w:p>
    <w:p w14:paraId="74575B01" w14:textId="3E4EB2D2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Content must be original, created for this contest, and aligned with BEE’s suggested themes. </w:t>
      </w:r>
    </w:p>
    <w:p w14:paraId="564B1ABD" w14:textId="79556F88" w:rsidR="00193940" w:rsidRDefault="00193940" w:rsidP="00193940">
      <w:pPr>
        <w:pStyle w:val="ListParagraph"/>
        <w:numPr>
          <w:ilvl w:val="0"/>
          <w:numId w:val="16"/>
        </w:numPr>
      </w:pPr>
      <w:r>
        <w:t>All entries must include official hashtags and be public.</w:t>
      </w:r>
    </w:p>
    <w:p w14:paraId="1A4DBBB9" w14:textId="2DC58559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Last date for submission: </w:t>
      </w:r>
      <w:r w:rsidRPr="000E1560">
        <w:rPr>
          <w:b/>
          <w:bCs/>
        </w:rPr>
        <w:t>31st October 2025</w:t>
      </w:r>
    </w:p>
    <w:p w14:paraId="332773BC" w14:textId="643878CD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By participating, creators agree </w:t>
      </w:r>
      <w:r w:rsidR="00025E71">
        <w:t xml:space="preserve">that </w:t>
      </w:r>
      <w:r>
        <w:t>BEE/Ministry of Power may use submitted content in future for awareness/outreach.</w:t>
      </w:r>
    </w:p>
    <w:p w14:paraId="0B8FD0BC" w14:textId="4854CB7E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Any plagiarized, misleading, or non-compliant content will not be considered.  </w:t>
      </w:r>
    </w:p>
    <w:p w14:paraId="2747832E" w14:textId="72247279" w:rsidR="00193940" w:rsidRDefault="00193940" w:rsidP="00193940">
      <w:pPr>
        <w:pStyle w:val="ListParagraph"/>
        <w:numPr>
          <w:ilvl w:val="0"/>
          <w:numId w:val="16"/>
        </w:numPr>
      </w:pPr>
      <w:r>
        <w:t xml:space="preserve">Use of official hashtag #NECA2025 and tagging BEE’s official social media handles </w:t>
      </w:r>
      <w:r w:rsidRPr="000E1560">
        <w:rPr>
          <w:i/>
          <w:iCs/>
        </w:rPr>
        <w:t>(X, Facebook, Instagram, &amp; LinkedIn: @beeindiadigital and YouTube:</w:t>
      </w:r>
      <w:r w:rsidR="002D1CD8">
        <w:rPr>
          <w:i/>
          <w:iCs/>
        </w:rPr>
        <w:t xml:space="preserve"> </w:t>
      </w:r>
      <w:r w:rsidRPr="000E1560">
        <w:rPr>
          <w:i/>
          <w:iCs/>
        </w:rPr>
        <w:t>@bureauofenergyefficiency)</w:t>
      </w:r>
      <w:r>
        <w:t xml:space="preserve"> is Mandatory.</w:t>
      </w:r>
    </w:p>
    <w:p w14:paraId="244CB8C9" w14:textId="18CB60A7" w:rsidR="00193940" w:rsidRDefault="00193940" w:rsidP="00193940">
      <w:pPr>
        <w:pStyle w:val="ListParagraph"/>
        <w:numPr>
          <w:ilvl w:val="0"/>
          <w:numId w:val="16"/>
        </w:numPr>
      </w:pPr>
      <w:r>
        <w:t>BEE may disqualify any participant if any content which is otherwise unacceptable to BEE or Ministry of Power.</w:t>
      </w:r>
    </w:p>
    <w:p w14:paraId="444B877A" w14:textId="1097A2C9" w:rsidR="00033D6D" w:rsidRPr="00713DFF" w:rsidRDefault="00033D6D" w:rsidP="00713DFF">
      <w:pPr>
        <w:pStyle w:val="Heading2"/>
        <w:rPr>
          <w:sz w:val="28"/>
          <w:szCs w:val="28"/>
        </w:rPr>
      </w:pPr>
      <w:r w:rsidRPr="00713DFF">
        <w:rPr>
          <w:sz w:val="28"/>
          <w:szCs w:val="28"/>
        </w:rPr>
        <w:t>Evaluation Framework</w:t>
      </w:r>
    </w:p>
    <w:p w14:paraId="20991D80" w14:textId="77777777" w:rsidR="00033D6D" w:rsidRDefault="00033D6D" w:rsidP="00033D6D">
      <w:r>
        <w:t>Entries will be judged by a jury of experts and communication professionals on:</w:t>
      </w:r>
    </w:p>
    <w:p w14:paraId="2D0D8A99" w14:textId="7777777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Storytelling</w:t>
      </w:r>
      <w:r>
        <w:t xml:space="preserve"> - Innovative and engaging presentation.</w:t>
      </w:r>
    </w:p>
    <w:p w14:paraId="7B8AD3EA" w14:textId="3EC5518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 xml:space="preserve">Accuracy &amp; </w:t>
      </w:r>
      <w:r w:rsidR="00BA5310" w:rsidRPr="00C74CE9">
        <w:rPr>
          <w:b/>
          <w:bCs/>
        </w:rPr>
        <w:t xml:space="preserve">Theme </w:t>
      </w:r>
      <w:r w:rsidRPr="00C74CE9">
        <w:rPr>
          <w:b/>
          <w:bCs/>
        </w:rPr>
        <w:t>Alignment</w:t>
      </w:r>
      <w:r>
        <w:t xml:space="preserve"> - Adherence to energy conservation themes.</w:t>
      </w:r>
    </w:p>
    <w:p w14:paraId="17F0AB07" w14:textId="7777777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Clarity of Message</w:t>
      </w:r>
      <w:r>
        <w:t xml:space="preserve"> - Simplicity for mass understanding.</w:t>
      </w:r>
    </w:p>
    <w:p w14:paraId="06DDD821" w14:textId="77777777" w:rsidR="00033D6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Engagement &amp; Reach</w:t>
      </w:r>
      <w:r>
        <w:t xml:space="preserve"> - Audience interaction, shares, and visibility.</w:t>
      </w:r>
    </w:p>
    <w:p w14:paraId="63F044A4" w14:textId="77777777" w:rsidR="0055553D" w:rsidRDefault="00033D6D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Impact &amp; Replicability</w:t>
      </w:r>
      <w:r>
        <w:t xml:space="preserve"> - Ability to inspire real-life behavior change</w:t>
      </w:r>
    </w:p>
    <w:p w14:paraId="6A500258" w14:textId="448AF7DC" w:rsidR="00F47FF0" w:rsidRDefault="00F47FF0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Technical Quality</w:t>
      </w:r>
      <w:r w:rsidR="00C74CE9">
        <w:t xml:space="preserve"> -</w:t>
      </w:r>
      <w:r>
        <w:t xml:space="preserve"> </w:t>
      </w:r>
      <w:r w:rsidRPr="00F47FF0">
        <w:t>Video resolution, sound clarity, editing, and smooth transitions.</w:t>
      </w:r>
      <w:r>
        <w:t xml:space="preserve"> </w:t>
      </w:r>
    </w:p>
    <w:p w14:paraId="07B92064" w14:textId="5AF823B3" w:rsidR="00033D6D" w:rsidRDefault="002C7849" w:rsidP="00033D6D">
      <w:pPr>
        <w:pStyle w:val="ListParagraph"/>
        <w:numPr>
          <w:ilvl w:val="0"/>
          <w:numId w:val="13"/>
        </w:numPr>
      </w:pPr>
      <w:r w:rsidRPr="00C74CE9">
        <w:rPr>
          <w:b/>
          <w:bCs/>
        </w:rPr>
        <w:t>Other Parameters</w:t>
      </w:r>
      <w:r w:rsidRPr="002C7849">
        <w:t xml:space="preserve"> – As may be suggested by the Jury/Committee.</w:t>
      </w:r>
    </w:p>
    <w:p w14:paraId="7A2649E2" w14:textId="77777777" w:rsidR="00B23E35" w:rsidRPr="00557900" w:rsidRDefault="00B23E35" w:rsidP="00B23E35">
      <w:pPr>
        <w:pStyle w:val="Heading2"/>
        <w:rPr>
          <w:sz w:val="28"/>
          <w:szCs w:val="28"/>
        </w:rPr>
      </w:pPr>
      <w:r w:rsidRPr="00557900">
        <w:rPr>
          <w:sz w:val="28"/>
          <w:szCs w:val="28"/>
        </w:rPr>
        <w:t xml:space="preserve">Consent </w:t>
      </w:r>
    </w:p>
    <w:p w14:paraId="7B6855FB" w14:textId="2D7B1716" w:rsidR="00F450B3" w:rsidRDefault="00B23E35" w:rsidP="00033D6D">
      <w:r>
        <w:t>[  ] I confirm that the submitted content is my original creation and does not infringe on third-party rights</w:t>
      </w:r>
      <w:r w:rsidR="00BA6F0C">
        <w:t xml:space="preserve">, and </w:t>
      </w:r>
      <w:r w:rsidR="00033D6D">
        <w:t>agree to the all Terms &amp; Conditions</w:t>
      </w:r>
      <w:r w:rsidR="00BA6F0C">
        <w:t>.</w:t>
      </w:r>
      <w:r w:rsidR="00033D6D">
        <w:t xml:space="preserve">  </w:t>
      </w:r>
      <w:bookmarkStart w:id="0" w:name="_GoBack"/>
      <w:bookmarkEnd w:id="0"/>
    </w:p>
    <w:sectPr w:rsidR="00F450B3" w:rsidSect="00CB5A75">
      <w:pgSz w:w="11906" w:h="16838" w:code="9"/>
      <w:pgMar w:top="709" w:right="1416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05700BA"/>
    <w:multiLevelType w:val="hybridMultilevel"/>
    <w:tmpl w:val="375C54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117EBB"/>
    <w:multiLevelType w:val="hybridMultilevel"/>
    <w:tmpl w:val="24B6CA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97A88"/>
    <w:multiLevelType w:val="hybridMultilevel"/>
    <w:tmpl w:val="1964863C"/>
    <w:lvl w:ilvl="0" w:tplc="A9A6D2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F6C780C">
      <w:start w:val="1"/>
      <w:numFmt w:val="bullet"/>
      <w:lvlText w:val="•"/>
      <w:lvlJc w:val="left"/>
      <w:pPr>
        <w:ind w:left="1800" w:hanging="720"/>
      </w:pPr>
      <w:rPr>
        <w:rFonts w:ascii="Cambria" w:eastAsiaTheme="minorEastAsia" w:hAnsi="Cambria" w:cstheme="minorBidi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A7905"/>
    <w:multiLevelType w:val="hybridMultilevel"/>
    <w:tmpl w:val="1B04D3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DF6B73"/>
    <w:multiLevelType w:val="hybridMultilevel"/>
    <w:tmpl w:val="D9927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1C61D2"/>
    <w:multiLevelType w:val="hybridMultilevel"/>
    <w:tmpl w:val="5A6415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0152D3"/>
    <w:multiLevelType w:val="hybridMultilevel"/>
    <w:tmpl w:val="E4BA320A"/>
    <w:lvl w:ilvl="0" w:tplc="250CCAA6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5"/>
  </w:num>
  <w:num w:numId="12">
    <w:abstractNumId w:val="12"/>
  </w:num>
  <w:num w:numId="13">
    <w:abstractNumId w:val="14"/>
  </w:num>
  <w:num w:numId="14">
    <w:abstractNumId w:val="13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E71"/>
    <w:rsid w:val="00033D6D"/>
    <w:rsid w:val="00034616"/>
    <w:rsid w:val="0006063C"/>
    <w:rsid w:val="000B2DEA"/>
    <w:rsid w:val="000C1350"/>
    <w:rsid w:val="000E1560"/>
    <w:rsid w:val="000F50DC"/>
    <w:rsid w:val="00104D29"/>
    <w:rsid w:val="00106371"/>
    <w:rsid w:val="00132767"/>
    <w:rsid w:val="0015074B"/>
    <w:rsid w:val="00193940"/>
    <w:rsid w:val="001D6282"/>
    <w:rsid w:val="00220DA6"/>
    <w:rsid w:val="002873E0"/>
    <w:rsid w:val="0029639D"/>
    <w:rsid w:val="002C7849"/>
    <w:rsid w:val="002D1CD8"/>
    <w:rsid w:val="003001A2"/>
    <w:rsid w:val="00326F90"/>
    <w:rsid w:val="0033162B"/>
    <w:rsid w:val="0039648B"/>
    <w:rsid w:val="003B75D8"/>
    <w:rsid w:val="003D3F8A"/>
    <w:rsid w:val="003D4051"/>
    <w:rsid w:val="0041164B"/>
    <w:rsid w:val="00411DD3"/>
    <w:rsid w:val="0042120F"/>
    <w:rsid w:val="00453D17"/>
    <w:rsid w:val="004C07EE"/>
    <w:rsid w:val="004D622F"/>
    <w:rsid w:val="00535641"/>
    <w:rsid w:val="0055553D"/>
    <w:rsid w:val="00557900"/>
    <w:rsid w:val="00570981"/>
    <w:rsid w:val="00570A1B"/>
    <w:rsid w:val="0057789D"/>
    <w:rsid w:val="005D383F"/>
    <w:rsid w:val="005E1D5F"/>
    <w:rsid w:val="006014CD"/>
    <w:rsid w:val="00616786"/>
    <w:rsid w:val="00627049"/>
    <w:rsid w:val="00645679"/>
    <w:rsid w:val="00650C26"/>
    <w:rsid w:val="006B5295"/>
    <w:rsid w:val="006D5145"/>
    <w:rsid w:val="00713DFF"/>
    <w:rsid w:val="00715C32"/>
    <w:rsid w:val="00727E5F"/>
    <w:rsid w:val="007F4D65"/>
    <w:rsid w:val="00835D04"/>
    <w:rsid w:val="00870F2E"/>
    <w:rsid w:val="008A39B1"/>
    <w:rsid w:val="008B72D2"/>
    <w:rsid w:val="008B7678"/>
    <w:rsid w:val="008C6387"/>
    <w:rsid w:val="008D6D36"/>
    <w:rsid w:val="00922F5C"/>
    <w:rsid w:val="00926478"/>
    <w:rsid w:val="00947243"/>
    <w:rsid w:val="00984113"/>
    <w:rsid w:val="009C08B7"/>
    <w:rsid w:val="009D191B"/>
    <w:rsid w:val="009E4CE1"/>
    <w:rsid w:val="009F371C"/>
    <w:rsid w:val="00A40F31"/>
    <w:rsid w:val="00A4178E"/>
    <w:rsid w:val="00A515D0"/>
    <w:rsid w:val="00A5725F"/>
    <w:rsid w:val="00A67EA5"/>
    <w:rsid w:val="00AA1D8D"/>
    <w:rsid w:val="00AB2488"/>
    <w:rsid w:val="00AD612D"/>
    <w:rsid w:val="00B23E35"/>
    <w:rsid w:val="00B47650"/>
    <w:rsid w:val="00B47730"/>
    <w:rsid w:val="00B70C47"/>
    <w:rsid w:val="00BA5310"/>
    <w:rsid w:val="00BA6F0C"/>
    <w:rsid w:val="00BB23FA"/>
    <w:rsid w:val="00BD46B1"/>
    <w:rsid w:val="00BF4AB4"/>
    <w:rsid w:val="00C21757"/>
    <w:rsid w:val="00C45C61"/>
    <w:rsid w:val="00C73416"/>
    <w:rsid w:val="00C74CE9"/>
    <w:rsid w:val="00C77A2F"/>
    <w:rsid w:val="00C95FFE"/>
    <w:rsid w:val="00CB0664"/>
    <w:rsid w:val="00CB5A75"/>
    <w:rsid w:val="00CC0207"/>
    <w:rsid w:val="00D84C34"/>
    <w:rsid w:val="00E062B3"/>
    <w:rsid w:val="00E47946"/>
    <w:rsid w:val="00E879F5"/>
    <w:rsid w:val="00E91336"/>
    <w:rsid w:val="00EA5587"/>
    <w:rsid w:val="00EB0871"/>
    <w:rsid w:val="00EB57C5"/>
    <w:rsid w:val="00ED30C1"/>
    <w:rsid w:val="00F0165D"/>
    <w:rsid w:val="00F210D7"/>
    <w:rsid w:val="00F40CBC"/>
    <w:rsid w:val="00F450B3"/>
    <w:rsid w:val="00F47FF0"/>
    <w:rsid w:val="00F87650"/>
    <w:rsid w:val="00FC4C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8629C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C8C705-FC92-4FE9-A91C-ED66421E7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dv5</cp:lastModifiedBy>
  <cp:revision>2</cp:revision>
  <cp:lastPrinted>2025-09-18T10:32:00Z</cp:lastPrinted>
  <dcterms:created xsi:type="dcterms:W3CDTF">2025-09-18T06:43:00Z</dcterms:created>
  <dcterms:modified xsi:type="dcterms:W3CDTF">2025-09-23T03:43:00Z</dcterms:modified>
  <cp:category/>
</cp:coreProperties>
</file>